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ptos Display" w:hAnsi="Aptos Display"/>
          <w:b/>
          <w:color w:val="122A67"/>
          <w:sz w:val="28"/>
        </w:rPr>
        <w:t>Southern Squash League Inc</w:t>
      </w:r>
    </w:p>
    <w:p>
      <w:pPr>
        <w:spacing w:after="60"/>
        <w:jc w:val="center"/>
      </w:pPr>
      <w:r>
        <w:rPr>
          <w:rFonts w:ascii="Aptos Display" w:hAnsi="Aptos Display"/>
          <w:b/>
          <w:color w:val="122A67"/>
          <w:sz w:val="44"/>
        </w:rPr>
        <w:t>Formal Complaint Form</w:t>
      </w:r>
    </w:p>
    <w:p>
      <w:pPr>
        <w:spacing w:after="240"/>
        <w:jc w:val="center"/>
      </w:pPr>
      <w:r>
        <w:rPr>
          <w:rFonts w:ascii="Aptos" w:hAnsi="Aptos"/>
          <w:color w:val="5F6F9B"/>
          <w:sz w:val="20"/>
        </w:rPr>
        <w:t>Please provide enough information for the matter to be understood and reviewed fairly.</w:t>
      </w:r>
    </w:p>
    <w:p>
      <w:pPr>
        <w:spacing w:after="200"/>
      </w:pPr>
      <w:r>
        <w:rPr>
          <w:rFonts w:ascii="Aptos" w:hAnsi="Aptos"/>
          <w:b/>
          <w:color w:val="122A67"/>
          <w:sz w:val="21"/>
        </w:rPr>
        <w:t xml:space="preserve">Important: </w:t>
      </w:r>
      <w:r>
        <w:rPr>
          <w:rFonts w:ascii="Aptos" w:hAnsi="Aptos"/>
          <w:sz w:val="21"/>
        </w:rPr>
        <w:t>Complaints must be lodged within 2 working days of the incident. Submit the completed form to info@southernsquashleague.com.au.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6350"/>
      </w:tblGrid>
      <w:tr>
        <w:tc>
          <w:tcPr>
            <w:tcW w:type="dxa" w:w="2835"/>
            <w:shd w:fill="F3F5FA"/>
            <w:vAlign w:val="center"/>
            <w:tcBorders>
              <w:top w:val="single" w:sz="6" w:color="D8DDEB"/>
              <w:left w:val="single" w:sz="6" w:color="D8DDEB"/>
              <w:bottom w:val="single" w:sz="6" w:color="D8DDEB"/>
              <w:right w:val="single" w:sz="6" w:color="D8DDEB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22A67"/>
                <w:sz w:val="21"/>
              </w:rPr>
              <w:t>Your full name</w:t>
            </w:r>
          </w:p>
        </w:tc>
        <w:tc>
          <w:tcPr>
            <w:tcW w:type="dxa" w:w="6350"/>
            <w:vAlign w:val="center"/>
            <w:tcBorders>
              <w:top w:val="single" w:sz="6" w:color="D8DDEB"/>
              <w:left w:val="single" w:sz="6" w:color="D8DDEB"/>
              <w:bottom w:val="single" w:sz="6" w:color="D8DDEB"/>
              <w:right w:val="single" w:sz="6" w:color="D8DDEB"/>
            </w:tcBorders>
          </w:tcPr>
          <w:p>
            <w:pPr>
              <w:spacing w:after="0"/>
            </w:pPr>
            <w:r>
              <w:rPr>
                <w:rFonts w:ascii="Aptos" w:hAnsi="Aptos"/>
                <w:sz w:val="21"/>
              </w:rPr>
            </w:r>
          </w:p>
        </w:tc>
      </w:tr>
      <w:tr>
        <w:tc>
          <w:tcPr>
            <w:tcW w:type="dxa" w:w="2835"/>
            <w:shd w:fill="F3F5FA"/>
            <w:vAlign w:val="center"/>
            <w:tcBorders>
              <w:top w:val="single" w:sz="6" w:color="D8DDEB"/>
              <w:left w:val="single" w:sz="6" w:color="D8DDEB"/>
              <w:bottom w:val="single" w:sz="6" w:color="D8DDEB"/>
              <w:right w:val="single" w:sz="6" w:color="D8DDEB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22A67"/>
                <w:sz w:val="21"/>
              </w:rPr>
              <w:t>Your club</w:t>
            </w:r>
          </w:p>
        </w:tc>
        <w:tc>
          <w:tcPr>
            <w:tcW w:type="dxa" w:w="6350"/>
            <w:vAlign w:val="center"/>
            <w:tcBorders>
              <w:top w:val="single" w:sz="6" w:color="D8DDEB"/>
              <w:left w:val="single" w:sz="6" w:color="D8DDEB"/>
              <w:bottom w:val="single" w:sz="6" w:color="D8DDEB"/>
              <w:right w:val="single" w:sz="6" w:color="D8DDEB"/>
            </w:tcBorders>
          </w:tcPr>
          <w:p>
            <w:pPr>
              <w:spacing w:after="0"/>
            </w:pPr>
            <w:r>
              <w:rPr>
                <w:rFonts w:ascii="Aptos" w:hAnsi="Aptos"/>
                <w:sz w:val="21"/>
              </w:rPr>
            </w:r>
          </w:p>
        </w:tc>
      </w:tr>
      <w:tr>
        <w:tc>
          <w:tcPr>
            <w:tcW w:type="dxa" w:w="2835"/>
            <w:shd w:fill="F3F5FA"/>
            <w:vAlign w:val="center"/>
            <w:tcBorders>
              <w:top w:val="single" w:sz="6" w:color="D8DDEB"/>
              <w:left w:val="single" w:sz="6" w:color="D8DDEB"/>
              <w:bottom w:val="single" w:sz="6" w:color="D8DDEB"/>
              <w:right w:val="single" w:sz="6" w:color="D8DDEB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22A67"/>
                <w:sz w:val="21"/>
              </w:rPr>
              <w:t>Email address</w:t>
            </w:r>
          </w:p>
        </w:tc>
        <w:tc>
          <w:tcPr>
            <w:tcW w:type="dxa" w:w="6350"/>
            <w:vAlign w:val="center"/>
            <w:tcBorders>
              <w:top w:val="single" w:sz="6" w:color="D8DDEB"/>
              <w:left w:val="single" w:sz="6" w:color="D8DDEB"/>
              <w:bottom w:val="single" w:sz="6" w:color="D8DDEB"/>
              <w:right w:val="single" w:sz="6" w:color="D8DDEB"/>
            </w:tcBorders>
          </w:tcPr>
          <w:p>
            <w:pPr>
              <w:spacing w:after="0"/>
            </w:pPr>
            <w:r>
              <w:rPr>
                <w:rFonts w:ascii="Aptos" w:hAnsi="Aptos"/>
                <w:sz w:val="21"/>
              </w:rPr>
            </w:r>
          </w:p>
        </w:tc>
      </w:tr>
      <w:tr>
        <w:tc>
          <w:tcPr>
            <w:tcW w:type="dxa" w:w="2835"/>
            <w:shd w:fill="F3F5FA"/>
            <w:vAlign w:val="center"/>
            <w:tcBorders>
              <w:top w:val="single" w:sz="6" w:color="D8DDEB"/>
              <w:left w:val="single" w:sz="6" w:color="D8DDEB"/>
              <w:bottom w:val="single" w:sz="6" w:color="D8DDEB"/>
              <w:right w:val="single" w:sz="6" w:color="D8DDEB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22A67"/>
                <w:sz w:val="21"/>
              </w:rPr>
              <w:t>Phone number</w:t>
            </w:r>
          </w:p>
        </w:tc>
        <w:tc>
          <w:tcPr>
            <w:tcW w:type="dxa" w:w="6350"/>
            <w:vAlign w:val="center"/>
            <w:tcBorders>
              <w:top w:val="single" w:sz="6" w:color="D8DDEB"/>
              <w:left w:val="single" w:sz="6" w:color="D8DDEB"/>
              <w:bottom w:val="single" w:sz="6" w:color="D8DDEB"/>
              <w:right w:val="single" w:sz="6" w:color="D8DDEB"/>
            </w:tcBorders>
          </w:tcPr>
          <w:p>
            <w:pPr>
              <w:spacing w:after="0"/>
            </w:pPr>
            <w:r>
              <w:rPr>
                <w:rFonts w:ascii="Aptos" w:hAnsi="Aptos"/>
                <w:sz w:val="21"/>
              </w:rPr>
            </w:r>
          </w:p>
        </w:tc>
      </w:tr>
      <w:tr>
        <w:tc>
          <w:tcPr>
            <w:tcW w:type="dxa" w:w="2835"/>
            <w:shd w:fill="F3F5FA"/>
            <w:vAlign w:val="center"/>
            <w:tcBorders>
              <w:top w:val="single" w:sz="6" w:color="D8DDEB"/>
              <w:left w:val="single" w:sz="6" w:color="D8DDEB"/>
              <w:bottom w:val="single" w:sz="6" w:color="D8DDEB"/>
              <w:right w:val="single" w:sz="6" w:color="D8DDEB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22A67"/>
                <w:sz w:val="21"/>
              </w:rPr>
              <w:t>Date of incident</w:t>
            </w:r>
          </w:p>
        </w:tc>
        <w:tc>
          <w:tcPr>
            <w:tcW w:type="dxa" w:w="6350"/>
            <w:vAlign w:val="center"/>
            <w:tcBorders>
              <w:top w:val="single" w:sz="6" w:color="D8DDEB"/>
              <w:left w:val="single" w:sz="6" w:color="D8DDEB"/>
              <w:bottom w:val="single" w:sz="6" w:color="D8DDEB"/>
              <w:right w:val="single" w:sz="6" w:color="D8DDEB"/>
            </w:tcBorders>
          </w:tcPr>
          <w:p>
            <w:pPr>
              <w:spacing w:after="0"/>
            </w:pPr>
            <w:r>
              <w:rPr>
                <w:rFonts w:ascii="Aptos" w:hAnsi="Aptos"/>
                <w:sz w:val="21"/>
              </w:rPr>
            </w:r>
          </w:p>
        </w:tc>
      </w:tr>
      <w:tr>
        <w:tc>
          <w:tcPr>
            <w:tcW w:type="dxa" w:w="2835"/>
            <w:shd w:fill="F3F5FA"/>
            <w:vAlign w:val="center"/>
            <w:tcBorders>
              <w:top w:val="single" w:sz="6" w:color="D8DDEB"/>
              <w:left w:val="single" w:sz="6" w:color="D8DDEB"/>
              <w:bottom w:val="single" w:sz="6" w:color="D8DDEB"/>
              <w:right w:val="single" w:sz="6" w:color="D8DDEB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22A67"/>
                <w:sz w:val="21"/>
              </w:rPr>
              <w:t>Competition / grade</w:t>
            </w:r>
          </w:p>
        </w:tc>
        <w:tc>
          <w:tcPr>
            <w:tcW w:type="dxa" w:w="6350"/>
            <w:vAlign w:val="center"/>
            <w:tcBorders>
              <w:top w:val="single" w:sz="6" w:color="D8DDEB"/>
              <w:left w:val="single" w:sz="6" w:color="D8DDEB"/>
              <w:bottom w:val="single" w:sz="6" w:color="D8DDEB"/>
              <w:right w:val="single" w:sz="6" w:color="D8DDEB"/>
            </w:tcBorders>
          </w:tcPr>
          <w:p>
            <w:pPr>
              <w:spacing w:after="0"/>
            </w:pPr>
            <w:r>
              <w:rPr>
                <w:rFonts w:ascii="Aptos" w:hAnsi="Aptos"/>
                <w:sz w:val="21"/>
              </w:rPr>
            </w:r>
          </w:p>
        </w:tc>
      </w:tr>
      <w:tr>
        <w:tc>
          <w:tcPr>
            <w:tcW w:type="dxa" w:w="2835"/>
            <w:shd w:fill="F3F5FA"/>
            <w:vAlign w:val="center"/>
            <w:tcBorders>
              <w:top w:val="single" w:sz="6" w:color="D8DDEB"/>
              <w:left w:val="single" w:sz="6" w:color="D8DDEB"/>
              <w:bottom w:val="single" w:sz="6" w:color="D8DDEB"/>
              <w:right w:val="single" w:sz="6" w:color="D8DDEB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22A67"/>
                <w:sz w:val="21"/>
              </w:rPr>
              <w:t>Venue</w:t>
            </w:r>
          </w:p>
        </w:tc>
        <w:tc>
          <w:tcPr>
            <w:tcW w:type="dxa" w:w="6350"/>
            <w:vAlign w:val="center"/>
            <w:tcBorders>
              <w:top w:val="single" w:sz="6" w:color="D8DDEB"/>
              <w:left w:val="single" w:sz="6" w:color="D8DDEB"/>
              <w:bottom w:val="single" w:sz="6" w:color="D8DDEB"/>
              <w:right w:val="single" w:sz="6" w:color="D8DDEB"/>
            </w:tcBorders>
          </w:tcPr>
          <w:p>
            <w:pPr>
              <w:spacing w:after="0"/>
            </w:pPr>
            <w:r>
              <w:rPr>
                <w:rFonts w:ascii="Aptos" w:hAnsi="Aptos"/>
                <w:sz w:val="21"/>
              </w:rPr>
            </w:r>
          </w:p>
        </w:tc>
      </w:tr>
      <w:tr>
        <w:tc>
          <w:tcPr>
            <w:tcW w:type="dxa" w:w="2835"/>
            <w:shd w:fill="F3F5FA"/>
            <w:vAlign w:val="center"/>
            <w:tcBorders>
              <w:top w:val="single" w:sz="6" w:color="D8DDEB"/>
              <w:left w:val="single" w:sz="6" w:color="D8DDEB"/>
              <w:bottom w:val="single" w:sz="6" w:color="D8DDEB"/>
              <w:right w:val="single" w:sz="6" w:color="D8DDEB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22A67"/>
                <w:sz w:val="21"/>
              </w:rPr>
              <w:t>Opposing club / team</w:t>
            </w:r>
          </w:p>
        </w:tc>
        <w:tc>
          <w:tcPr>
            <w:tcW w:type="dxa" w:w="6350"/>
            <w:vAlign w:val="center"/>
            <w:tcBorders>
              <w:top w:val="single" w:sz="6" w:color="D8DDEB"/>
              <w:left w:val="single" w:sz="6" w:color="D8DDEB"/>
              <w:bottom w:val="single" w:sz="6" w:color="D8DDEB"/>
              <w:right w:val="single" w:sz="6" w:color="D8DDEB"/>
            </w:tcBorders>
          </w:tcPr>
          <w:p>
            <w:pPr>
              <w:spacing w:after="0"/>
            </w:pPr>
            <w:r>
              <w:rPr>
                <w:rFonts w:ascii="Aptos" w:hAnsi="Aptos"/>
                <w:sz w:val="21"/>
              </w:rPr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6350"/>
      </w:tblGrid>
      <w:tr>
        <w:tc>
          <w:tcPr>
            <w:tcW w:type="dxa" w:w="2835"/>
            <w:shd w:fill="F3F5FA"/>
            <w:vAlign w:val="center"/>
            <w:tcBorders>
              <w:top w:val="single" w:sz="6" w:color="D8DDEB"/>
              <w:left w:val="single" w:sz="6" w:color="D8DDEB"/>
              <w:bottom w:val="single" w:sz="6" w:color="D8DDEB"/>
              <w:right w:val="single" w:sz="6" w:color="D8DDEB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22A67"/>
                <w:sz w:val="21"/>
              </w:rPr>
              <w:t>Person(s) the complaint relates to</w:t>
            </w:r>
          </w:p>
        </w:tc>
        <w:tc>
          <w:tcPr>
            <w:tcW w:type="dxa" w:w="6350"/>
            <w:vAlign w:val="center"/>
            <w:tcBorders>
              <w:top w:val="single" w:sz="6" w:color="D8DDEB"/>
              <w:left w:val="single" w:sz="6" w:color="D8DDEB"/>
              <w:bottom w:val="single" w:sz="6" w:color="D8DDEB"/>
              <w:right w:val="single" w:sz="6" w:color="D8DDEB"/>
            </w:tcBorders>
          </w:tcPr>
          <w:p>
            <w:pPr>
              <w:spacing w:after="0"/>
            </w:pPr>
            <w:r>
              <w:rPr>
                <w:rFonts w:ascii="Aptos" w:hAnsi="Aptos"/>
                <w:sz w:val="21"/>
              </w:rPr>
            </w:r>
          </w:p>
        </w:tc>
      </w:tr>
      <w:tr>
        <w:tc>
          <w:tcPr>
            <w:tcW w:type="dxa" w:w="2835"/>
            <w:shd w:fill="F3F5FA"/>
            <w:vAlign w:val="center"/>
            <w:tcBorders>
              <w:top w:val="single" w:sz="6" w:color="D8DDEB"/>
              <w:left w:val="single" w:sz="6" w:color="D8DDEB"/>
              <w:bottom w:val="single" w:sz="6" w:color="D8DDEB"/>
              <w:right w:val="single" w:sz="6" w:color="D8DDEB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22A67"/>
                <w:sz w:val="21"/>
              </w:rPr>
              <w:t>Club / team (if applicable)</w:t>
            </w:r>
          </w:p>
        </w:tc>
        <w:tc>
          <w:tcPr>
            <w:tcW w:type="dxa" w:w="6350"/>
            <w:vAlign w:val="center"/>
            <w:tcBorders>
              <w:top w:val="single" w:sz="6" w:color="D8DDEB"/>
              <w:left w:val="single" w:sz="6" w:color="D8DDEB"/>
              <w:bottom w:val="single" w:sz="6" w:color="D8DDEB"/>
              <w:right w:val="single" w:sz="6" w:color="D8DDEB"/>
            </w:tcBorders>
          </w:tcPr>
          <w:p>
            <w:pPr>
              <w:spacing w:after="0"/>
            </w:pPr>
            <w:r>
              <w:rPr>
                <w:rFonts w:ascii="Aptos" w:hAnsi="Aptos"/>
                <w:sz w:val="21"/>
              </w:rPr>
            </w:r>
          </w:p>
        </w:tc>
      </w:tr>
    </w:tbl>
    <w:p/>
    <w:p>
      <w:pPr>
        <w:spacing w:before="100" w:after="80"/>
      </w:pPr>
      <w:r>
        <w:rPr>
          <w:rFonts w:ascii="Aptos" w:hAnsi="Aptos"/>
          <w:b/>
          <w:color w:val="122A67"/>
          <w:sz w:val="22"/>
        </w:rPr>
        <w:t>Nature of complaint</w:t>
      </w:r>
    </w:p>
    <w:p>
      <w:pPr>
        <w:spacing w:after="80"/>
      </w:pPr>
      <w:r>
        <w:rPr>
          <w:rFonts w:ascii="Aptos" w:hAnsi="Aptos"/>
          <w:color w:val="5F6F9B"/>
          <w:sz w:val="19"/>
        </w:rPr>
        <w:t>Briefly state the conduct, incident or issue you are formally reporting.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184"/>
            <w:tcBorders>
              <w:top w:val="single" w:sz="6" w:color="D8DDEB"/>
              <w:left w:val="single" w:sz="6" w:color="D8DDEB"/>
              <w:bottom w:val="single" w:sz="6" w:color="D8DDEB"/>
              <w:right w:val="single" w:sz="6" w:color="D8DDEB"/>
            </w:tcBorders>
          </w:tcPr>
          <w:p>
            <w:pPr>
              <w:spacing w:after="0"/>
            </w:pPr>
            <w:r>
              <w:rPr>
                <w:sz w:val="20"/>
              </w:rPr>
              <w:t xml:space="preserve"> </w:t>
              <w:br/>
              <w:t xml:space="preserve"> </w:t>
              <w:br/>
              <w:t xml:space="preserve"> </w:t>
            </w:r>
          </w:p>
        </w:tc>
      </w:tr>
    </w:tbl>
    <w:p/>
    <w:p>
      <w:pPr>
        <w:spacing w:before="100" w:after="80"/>
      </w:pPr>
      <w:r>
        <w:rPr>
          <w:rFonts w:ascii="Aptos" w:hAnsi="Aptos"/>
          <w:b/>
          <w:color w:val="122A67"/>
          <w:sz w:val="22"/>
        </w:rPr>
        <w:t>Details of incident</w:t>
      </w:r>
    </w:p>
    <w:p>
      <w:pPr>
        <w:spacing w:after="80"/>
      </w:pPr>
      <w:r>
        <w:rPr>
          <w:rFonts w:ascii="Aptos" w:hAnsi="Aptos"/>
          <w:color w:val="5F6F9B"/>
          <w:sz w:val="19"/>
        </w:rPr>
        <w:t>Describe what happened, including the sequence of events and any relevant context. Please keep the account factual and specific.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184"/>
            <w:tcBorders>
              <w:top w:val="single" w:sz="6" w:color="D8DDEB"/>
              <w:left w:val="single" w:sz="6" w:color="D8DDEB"/>
              <w:bottom w:val="single" w:sz="6" w:color="D8DDEB"/>
              <w:right w:val="single" w:sz="6" w:color="D8DDEB"/>
            </w:tcBorders>
          </w:tcPr>
          <w:p>
            <w:pPr>
              <w:spacing w:after="0"/>
            </w:pPr>
            <w:r>
              <w:rPr>
                <w:sz w:val="20"/>
              </w:rPr>
              <w:t xml:space="preserve"> </w:t>
              <w:br/>
              <w:t xml:space="preserve"> </w:t>
              <w:br/>
              <w:t xml:space="preserve"> </w:t>
              <w:br/>
              <w:t xml:space="preserve"> </w:t>
              <w:br/>
              <w:t xml:space="preserve"> </w:t>
              <w:br/>
              <w:t xml:space="preserve"> </w:t>
            </w:r>
          </w:p>
        </w:tc>
      </w:tr>
    </w:tbl>
    <w:p/>
    <w:p>
      <w:pPr>
        <w:spacing w:before="100" w:after="80"/>
      </w:pPr>
      <w:r>
        <w:rPr>
          <w:rFonts w:ascii="Aptos" w:hAnsi="Aptos"/>
          <w:b/>
          <w:color w:val="122A67"/>
          <w:sz w:val="22"/>
        </w:rPr>
        <w:t>Witnesses</w:t>
      </w:r>
    </w:p>
    <w:p>
      <w:pPr>
        <w:spacing w:after="80"/>
      </w:pPr>
      <w:r>
        <w:rPr>
          <w:rFonts w:ascii="Aptos" w:hAnsi="Aptos"/>
          <w:color w:val="5F6F9B"/>
          <w:sz w:val="19"/>
        </w:rPr>
        <w:t>List the names and clubs of any witnesses, if known.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184"/>
            <w:tcBorders>
              <w:top w:val="single" w:sz="6" w:color="D8DDEB"/>
              <w:left w:val="single" w:sz="6" w:color="D8DDEB"/>
              <w:bottom w:val="single" w:sz="6" w:color="D8DDEB"/>
              <w:right w:val="single" w:sz="6" w:color="D8DDEB"/>
            </w:tcBorders>
          </w:tcPr>
          <w:p>
            <w:pPr>
              <w:spacing w:after="0"/>
            </w:pPr>
            <w:r>
              <w:rPr>
                <w:sz w:val="20"/>
              </w:rPr>
              <w:t xml:space="preserve"> </w:t>
              <w:br/>
              <w:t xml:space="preserve"> </w:t>
              <w:br/>
              <w:t xml:space="preserve"> 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6350"/>
      </w:tblGrid>
      <w:tr>
        <w:tc>
          <w:tcPr>
            <w:tcW w:type="dxa" w:w="2835"/>
            <w:shd w:fill="F3F5FA"/>
            <w:vAlign w:val="center"/>
            <w:tcBorders>
              <w:top w:val="single" w:sz="6" w:color="D8DDEB"/>
              <w:left w:val="single" w:sz="6" w:color="D8DDEB"/>
              <w:bottom w:val="single" w:sz="6" w:color="D8DDEB"/>
              <w:right w:val="single" w:sz="6" w:color="D8DDEB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22A67"/>
                <w:sz w:val="21"/>
              </w:rPr>
              <w:t>Marker (if applicable)</w:t>
            </w:r>
          </w:p>
        </w:tc>
        <w:tc>
          <w:tcPr>
            <w:tcW w:type="dxa" w:w="6350"/>
            <w:vAlign w:val="center"/>
            <w:tcBorders>
              <w:top w:val="single" w:sz="6" w:color="D8DDEB"/>
              <w:left w:val="single" w:sz="6" w:color="D8DDEB"/>
              <w:bottom w:val="single" w:sz="6" w:color="D8DDEB"/>
              <w:right w:val="single" w:sz="6" w:color="D8DDEB"/>
            </w:tcBorders>
          </w:tcPr>
          <w:p>
            <w:pPr>
              <w:spacing w:after="0"/>
            </w:pPr>
            <w:r>
              <w:rPr>
                <w:rFonts w:ascii="Aptos" w:hAnsi="Aptos"/>
                <w:sz w:val="21"/>
              </w:rPr>
            </w:r>
          </w:p>
        </w:tc>
      </w:tr>
      <w:tr>
        <w:tc>
          <w:tcPr>
            <w:tcW w:type="dxa" w:w="2835"/>
            <w:shd w:fill="F3F5FA"/>
            <w:vAlign w:val="center"/>
            <w:tcBorders>
              <w:top w:val="single" w:sz="6" w:color="D8DDEB"/>
              <w:left w:val="single" w:sz="6" w:color="D8DDEB"/>
              <w:bottom w:val="single" w:sz="6" w:color="D8DDEB"/>
              <w:right w:val="single" w:sz="6" w:color="D8DDEB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22A67"/>
                <w:sz w:val="21"/>
              </w:rPr>
              <w:t>Referee (if applicable)</w:t>
            </w:r>
          </w:p>
        </w:tc>
        <w:tc>
          <w:tcPr>
            <w:tcW w:type="dxa" w:w="6350"/>
            <w:vAlign w:val="center"/>
            <w:tcBorders>
              <w:top w:val="single" w:sz="6" w:color="D8DDEB"/>
              <w:left w:val="single" w:sz="6" w:color="D8DDEB"/>
              <w:bottom w:val="single" w:sz="6" w:color="D8DDEB"/>
              <w:right w:val="single" w:sz="6" w:color="D8DDEB"/>
            </w:tcBorders>
          </w:tcPr>
          <w:p>
            <w:pPr>
              <w:spacing w:after="0"/>
            </w:pPr>
            <w:r>
              <w:rPr>
                <w:rFonts w:ascii="Aptos" w:hAnsi="Aptos"/>
                <w:sz w:val="21"/>
              </w:rPr>
            </w:r>
          </w:p>
        </w:tc>
      </w:tr>
    </w:tbl>
    <w:p/>
    <w:p>
      <w:pPr>
        <w:spacing w:before="100" w:after="80"/>
      </w:pPr>
      <w:r>
        <w:rPr>
          <w:rFonts w:ascii="Aptos" w:hAnsi="Aptos"/>
          <w:b/>
          <w:color w:val="122A67"/>
          <w:sz w:val="22"/>
        </w:rPr>
        <w:t>Supporting information</w:t>
      </w:r>
    </w:p>
    <w:p>
      <w:pPr>
        <w:spacing w:after="80"/>
      </w:pPr>
      <w:r>
        <w:rPr>
          <w:rFonts w:ascii="Aptos" w:hAnsi="Aptos"/>
          <w:color w:val="5F6F9B"/>
          <w:sz w:val="19"/>
        </w:rPr>
        <w:t>List any documents, messages, photos or other material attached to support the complaint.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184"/>
            <w:tcBorders>
              <w:top w:val="single" w:sz="6" w:color="D8DDEB"/>
              <w:left w:val="single" w:sz="6" w:color="D8DDEB"/>
              <w:bottom w:val="single" w:sz="6" w:color="D8DDEB"/>
              <w:right w:val="single" w:sz="6" w:color="D8DDEB"/>
            </w:tcBorders>
          </w:tcPr>
          <w:p>
            <w:pPr>
              <w:spacing w:after="0"/>
            </w:pPr>
            <w:r>
              <w:rPr>
                <w:sz w:val="20"/>
              </w:rPr>
              <w:t xml:space="preserve"> </w:t>
              <w:br/>
              <w:t xml:space="preserve"> </w:t>
              <w:br/>
              <w:t xml:space="preserve"> </w:t>
            </w:r>
          </w:p>
        </w:tc>
      </w:tr>
    </w:tbl>
    <w:p/>
    <w:p>
      <w:pPr>
        <w:spacing w:before="100" w:after="80"/>
      </w:pPr>
      <w:r>
        <w:rPr>
          <w:rFonts w:ascii="Aptos" w:hAnsi="Aptos"/>
          <w:b/>
          <w:color w:val="122A67"/>
          <w:sz w:val="22"/>
        </w:rPr>
        <w:t>Outcome sought (optional)</w:t>
      </w:r>
    </w:p>
    <w:p>
      <w:pPr>
        <w:spacing w:after="80"/>
      </w:pPr>
      <w:r>
        <w:rPr>
          <w:rFonts w:ascii="Aptos" w:hAnsi="Aptos"/>
          <w:color w:val="5F6F9B"/>
          <w:sz w:val="19"/>
        </w:rPr>
        <w:t>If there is a particular outcome you are seeking, briefly describe it here.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184"/>
            <w:tcBorders>
              <w:top w:val="single" w:sz="6" w:color="D8DDEB"/>
              <w:left w:val="single" w:sz="6" w:color="D8DDEB"/>
              <w:bottom w:val="single" w:sz="6" w:color="D8DDEB"/>
              <w:right w:val="single" w:sz="6" w:color="D8DDEB"/>
            </w:tcBorders>
          </w:tcPr>
          <w:p>
            <w:pPr>
              <w:spacing w:after="0"/>
            </w:pPr>
            <w:r>
              <w:rPr>
                <w:sz w:val="20"/>
              </w:rPr>
              <w:t xml:space="preserve"> </w:t>
              <w:br/>
              <w:t xml:space="preserve"> </w:t>
            </w:r>
          </w:p>
        </w:tc>
      </w:tr>
    </w:tbl>
    <w:p/>
    <w:p>
      <w:pPr>
        <w:spacing w:before="80" w:after="160"/>
      </w:pPr>
      <w:r>
        <w:rPr>
          <w:b/>
          <w:color w:val="122A67"/>
          <w:sz w:val="24"/>
        </w:rPr>
        <w:t>Declaration</w:t>
      </w:r>
    </w:p>
    <w:p>
      <w:pPr>
        <w:spacing w:after="160"/>
      </w:pPr>
      <w:r>
        <w:t>I confirm that, to the best of my knowledge, the information provided in this complaint is true and accurate.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6350"/>
      </w:tblGrid>
      <w:tr>
        <w:tc>
          <w:tcPr>
            <w:tcW w:type="dxa" w:w="2835"/>
            <w:shd w:fill="F3F5FA"/>
            <w:vAlign w:val="center"/>
            <w:tcBorders>
              <w:top w:val="single" w:sz="6" w:color="D8DDEB"/>
              <w:left w:val="single" w:sz="6" w:color="D8DDEB"/>
              <w:bottom w:val="single" w:sz="6" w:color="D8DDEB"/>
              <w:right w:val="single" w:sz="6" w:color="D8DDEB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22A67"/>
                <w:sz w:val="21"/>
              </w:rPr>
              <w:t>Name</w:t>
            </w:r>
          </w:p>
        </w:tc>
        <w:tc>
          <w:tcPr>
            <w:tcW w:type="dxa" w:w="6350"/>
            <w:vAlign w:val="center"/>
            <w:tcBorders>
              <w:top w:val="single" w:sz="6" w:color="D8DDEB"/>
              <w:left w:val="single" w:sz="6" w:color="D8DDEB"/>
              <w:bottom w:val="single" w:sz="6" w:color="D8DDEB"/>
              <w:right w:val="single" w:sz="6" w:color="D8DDEB"/>
            </w:tcBorders>
          </w:tcPr>
          <w:p>
            <w:pPr>
              <w:spacing w:after="0"/>
            </w:pPr>
            <w:r>
              <w:rPr>
                <w:rFonts w:ascii="Aptos" w:hAnsi="Aptos"/>
                <w:sz w:val="21"/>
              </w:rPr>
            </w:r>
          </w:p>
        </w:tc>
      </w:tr>
      <w:tr>
        <w:tc>
          <w:tcPr>
            <w:tcW w:type="dxa" w:w="2835"/>
            <w:shd w:fill="F3F5FA"/>
            <w:vAlign w:val="center"/>
            <w:tcBorders>
              <w:top w:val="single" w:sz="6" w:color="D8DDEB"/>
              <w:left w:val="single" w:sz="6" w:color="D8DDEB"/>
              <w:bottom w:val="single" w:sz="6" w:color="D8DDEB"/>
              <w:right w:val="single" w:sz="6" w:color="D8DDEB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22A67"/>
                <w:sz w:val="21"/>
              </w:rPr>
              <w:t>Signature</w:t>
            </w:r>
          </w:p>
        </w:tc>
        <w:tc>
          <w:tcPr>
            <w:tcW w:type="dxa" w:w="6350"/>
            <w:vAlign w:val="center"/>
            <w:tcBorders>
              <w:top w:val="single" w:sz="6" w:color="D8DDEB"/>
              <w:left w:val="single" w:sz="6" w:color="D8DDEB"/>
              <w:bottom w:val="single" w:sz="6" w:color="D8DDEB"/>
              <w:right w:val="single" w:sz="6" w:color="D8DDEB"/>
            </w:tcBorders>
          </w:tcPr>
          <w:p>
            <w:pPr>
              <w:spacing w:after="0"/>
            </w:pPr>
            <w:r>
              <w:rPr>
                <w:rFonts w:ascii="Aptos" w:hAnsi="Aptos"/>
                <w:sz w:val="21"/>
              </w:rPr>
            </w:r>
          </w:p>
        </w:tc>
      </w:tr>
      <w:tr>
        <w:tc>
          <w:tcPr>
            <w:tcW w:type="dxa" w:w="2835"/>
            <w:shd w:fill="F3F5FA"/>
            <w:vAlign w:val="center"/>
            <w:tcBorders>
              <w:top w:val="single" w:sz="6" w:color="D8DDEB"/>
              <w:left w:val="single" w:sz="6" w:color="D8DDEB"/>
              <w:bottom w:val="single" w:sz="6" w:color="D8DDEB"/>
              <w:right w:val="single" w:sz="6" w:color="D8DDEB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22A67"/>
                <w:sz w:val="21"/>
              </w:rPr>
              <w:t>Date</w:t>
            </w:r>
          </w:p>
        </w:tc>
        <w:tc>
          <w:tcPr>
            <w:tcW w:type="dxa" w:w="6350"/>
            <w:vAlign w:val="center"/>
            <w:tcBorders>
              <w:top w:val="single" w:sz="6" w:color="D8DDEB"/>
              <w:left w:val="single" w:sz="6" w:color="D8DDEB"/>
              <w:bottom w:val="single" w:sz="6" w:color="D8DDEB"/>
              <w:right w:val="single" w:sz="6" w:color="D8DDEB"/>
            </w:tcBorders>
          </w:tcPr>
          <w:p>
            <w:pPr>
              <w:spacing w:after="0"/>
            </w:pPr>
            <w:r>
              <w:rPr>
                <w:rFonts w:ascii="Aptos" w:hAnsi="Aptos"/>
                <w:sz w:val="21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F6F9B"/>
        <w:sz w:val="17"/>
      </w:rPr>
      <w:t>Southern Squash League Inc  |  info@southernsquashleague.com.au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